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2614C"/>
          <w:sz w:val="18"/>
        </w:rPr>
        <w:t>PocketBack  |  THE CONSUMER-SIDE PAPERWORK COMPANY</w:t>
      </w:r>
    </w:p>
    <w:p>
      <w:pPr>
        <w:pStyle w:val="Title"/>
      </w:pPr>
      <w:r>
        <w:rPr>
          <w:sz w:val="48"/>
        </w:rPr>
        <w:t>Contact Log</w:t>
      </w:r>
    </w:p>
    <w:p>
      <w:r>
        <w:rPr>
          <w:i/>
          <w:sz w:val="22"/>
        </w:rPr>
        <w:t>After a Job Loss: Free Worksheet W6</w:t>
      </w:r>
    </w:p>
    <w:p>
      <w:r>
        <w:t>One block per contact. Write down the date, the organization, the person, the number or address you used, what you asked, what they answered, and what document proves it. Get the five separation facts in writing on day one, and log every answer from HR, the state agency, and the plan offices here. Memory is a poor system for deadlines, dollar figures, and what a benefits office told you on a Tuesday.</w:t>
      </w:r>
    </w:p>
    <w:p>
      <w:r>
        <w:rPr>
          <w:sz w:val="20"/>
        </w:rPr>
        <w:t>Name: ______________________________    Date started: ____________________</w:t>
      </w:r>
    </w:p>
    <w:p>
      <w:r>
        <w:rPr>
          <w:b/>
          <w:sz w:val="24"/>
        </w:rPr>
        <w:t>Contact 1</w:t>
      </w:r>
    </w:p>
    <w:tbl>
      <w:tblPr>
        <w:tblStyle w:val="TableGrid"/>
        <w:tblW w:type="auto" w:w="0"/>
        <w:tblLook w:firstColumn="1" w:firstRow="1" w:lastColumn="0" w:lastRow="0" w:noHBand="0" w:noVBand="1" w:val="04A0"/>
      </w:tblPr>
      <w:tblGrid>
        <w:gridCol w:w="5112"/>
        <w:gridCol w:w="5112"/>
      </w:tblGrid>
      <w:tr>
        <w:tc>
          <w:tcPr>
            <w:tcW w:type="dxa" w:w="3168"/>
            <w:shd w:val="clear" w:fill="EDEAE2"/>
          </w:tcPr>
          <w:p>
            <w:r/>
            <w:r>
              <w:rPr>
                <w:b/>
                <w:sz w:val="18"/>
              </w:rPr>
              <w:t>Date</w:t>
            </w:r>
          </w:p>
        </w:tc>
        <w:tc>
          <w:tcPr>
            <w:tcW w:type="dxa" w:w="7056"/>
          </w:tcPr>
          <w:p>
            <w:r/>
            <w:r>
              <w:rPr>
                <w:b w:val="0"/>
                <w:sz w:val="18"/>
              </w:rPr>
            </w:r>
          </w:p>
        </w:tc>
      </w:tr>
      <w:tr>
        <w:tc>
          <w:tcPr>
            <w:tcW w:type="dxa" w:w="3168"/>
            <w:shd w:val="clear" w:fill="EDEAE2"/>
          </w:tcPr>
          <w:p>
            <w:r/>
            <w:r>
              <w:rPr>
                <w:b/>
                <w:sz w:val="18"/>
              </w:rPr>
              <w:t>Organization</w:t>
            </w:r>
          </w:p>
        </w:tc>
        <w:tc>
          <w:tcPr>
            <w:tcW w:type="dxa" w:w="7056"/>
          </w:tcPr>
          <w:p>
            <w:r/>
            <w:r>
              <w:rPr>
                <w:b w:val="0"/>
                <w:sz w:val="18"/>
              </w:rPr>
            </w:r>
          </w:p>
        </w:tc>
      </w:tr>
      <w:tr>
        <w:tc>
          <w:tcPr>
            <w:tcW w:type="dxa" w:w="3168"/>
            <w:shd w:val="clear" w:fill="EDEAE2"/>
          </w:tcPr>
          <w:p>
            <w:r/>
            <w:r>
              <w:rPr>
                <w:b/>
                <w:sz w:val="18"/>
              </w:rPr>
              <w:t>Person I spoke or wrote to</w:t>
            </w:r>
          </w:p>
        </w:tc>
        <w:tc>
          <w:tcPr>
            <w:tcW w:type="dxa" w:w="7056"/>
          </w:tcPr>
          <w:p>
            <w:r/>
            <w:r>
              <w:rPr>
                <w:b w:val="0"/>
                <w:sz w:val="18"/>
              </w:rPr>
            </w:r>
          </w:p>
        </w:tc>
      </w:tr>
      <w:tr>
        <w:tc>
          <w:tcPr>
            <w:tcW w:type="dxa" w:w="3168"/>
            <w:shd w:val="clear" w:fill="EDEAE2"/>
          </w:tcPr>
          <w:p>
            <w:r/>
            <w:r>
              <w:rPr>
                <w:b/>
                <w:sz w:val="18"/>
              </w:rPr>
              <w:t>Number or address used</w:t>
            </w:r>
          </w:p>
        </w:tc>
        <w:tc>
          <w:tcPr>
            <w:tcW w:type="dxa" w:w="7056"/>
          </w:tcPr>
          <w:p>
            <w:r/>
            <w:r>
              <w:rPr>
                <w:b w:val="0"/>
                <w:sz w:val="18"/>
              </w:rPr>
            </w:r>
          </w:p>
        </w:tc>
      </w:tr>
      <w:tr>
        <w:tc>
          <w:tcPr>
            <w:tcW w:type="dxa" w:w="3168"/>
            <w:shd w:val="clear" w:fill="EDEAE2"/>
          </w:tcPr>
          <w:p>
            <w:r/>
            <w:r>
              <w:rPr>
                <w:b/>
                <w:sz w:val="18"/>
              </w:rPr>
              <w:t>What I asked</w:t>
            </w:r>
          </w:p>
        </w:tc>
        <w:tc>
          <w:tcPr>
            <w:tcW w:type="dxa" w:w="7056"/>
          </w:tcPr>
          <w:p>
            <w:r/>
            <w:r>
              <w:rPr>
                <w:b w:val="0"/>
                <w:sz w:val="18"/>
              </w:rPr>
            </w:r>
          </w:p>
        </w:tc>
      </w:tr>
      <w:tr>
        <w:tc>
          <w:tcPr>
            <w:tcW w:type="dxa" w:w="3168"/>
            <w:shd w:val="clear" w:fill="EDEAE2"/>
          </w:tcPr>
          <w:p>
            <w:r/>
            <w:r>
              <w:rPr>
                <w:b/>
                <w:sz w:val="18"/>
              </w:rPr>
              <w:t>What they answered, and what was said</w:t>
            </w:r>
          </w:p>
        </w:tc>
        <w:tc>
          <w:tcPr>
            <w:tcW w:type="dxa" w:w="7056"/>
          </w:tcPr>
          <w:p>
            <w:r/>
            <w:r>
              <w:rPr>
                <w:b w:val="0"/>
                <w:sz w:val="18"/>
              </w:rPr>
            </w:r>
          </w:p>
        </w:tc>
      </w:tr>
      <w:tr>
        <w:tc>
          <w:tcPr>
            <w:tcW w:type="dxa" w:w="3168"/>
            <w:shd w:val="clear" w:fill="EDEAE2"/>
          </w:tcPr>
          <w:p>
            <w:r/>
            <w:r>
              <w:rPr>
                <w:b/>
                <w:sz w:val="18"/>
              </w:rPr>
              <w:t>What was promised</w:t>
            </w:r>
          </w:p>
        </w:tc>
        <w:tc>
          <w:tcPr>
            <w:tcW w:type="dxa" w:w="7056"/>
          </w:tcPr>
          <w:p>
            <w:r/>
            <w:r>
              <w:rPr>
                <w:b w:val="0"/>
                <w:sz w:val="18"/>
              </w:rPr>
            </w:r>
          </w:p>
        </w:tc>
      </w:tr>
      <w:tr>
        <w:tc>
          <w:tcPr>
            <w:tcW w:type="dxa" w:w="3168"/>
            <w:shd w:val="clear" w:fill="EDEAE2"/>
          </w:tcPr>
          <w:p>
            <w:r/>
            <w:r>
              <w:rPr>
                <w:b/>
                <w:sz w:val="18"/>
              </w:rPr>
              <w:t>Follow-up needed, and by when</w:t>
            </w:r>
          </w:p>
        </w:tc>
        <w:tc>
          <w:tcPr>
            <w:tcW w:type="dxa" w:w="7056"/>
          </w:tcPr>
          <w:p>
            <w:r/>
            <w:r>
              <w:rPr>
                <w:b w:val="0"/>
                <w:sz w:val="18"/>
              </w:rPr>
            </w:r>
          </w:p>
        </w:tc>
      </w:tr>
      <w:tr>
        <w:tc>
          <w:tcPr>
            <w:tcW w:type="dxa" w:w="3168"/>
            <w:shd w:val="clear" w:fill="EDEAE2"/>
          </w:tcPr>
          <w:p>
            <w:r/>
            <w:r>
              <w:rPr>
                <w:b/>
                <w:sz w:val="18"/>
              </w:rPr>
              <w:t>Document that proves it (letter, email, confirmation number)</w:t>
            </w:r>
          </w:p>
        </w:tc>
        <w:tc>
          <w:tcPr>
            <w:tcW w:type="dxa" w:w="7056"/>
          </w:tcPr>
          <w:p>
            <w:r/>
            <w:r>
              <w:rPr>
                <w:b w:val="0"/>
                <w:sz w:val="18"/>
              </w:rPr>
            </w:r>
          </w:p>
        </w:tc>
      </w:tr>
    </w:tbl>
    <w:p/>
    <w:p>
      <w:r>
        <w:rPr>
          <w:b/>
          <w:sz w:val="24"/>
        </w:rPr>
        <w:t>Contact 2</w:t>
      </w:r>
    </w:p>
    <w:tbl>
      <w:tblPr>
        <w:tblStyle w:val="TableGrid"/>
        <w:tblW w:type="auto" w:w="0"/>
        <w:tblLook w:firstColumn="1" w:firstRow="1" w:lastColumn="0" w:lastRow="0" w:noHBand="0" w:noVBand="1" w:val="04A0"/>
      </w:tblPr>
      <w:tblGrid>
        <w:gridCol w:w="5112"/>
        <w:gridCol w:w="5112"/>
      </w:tblGrid>
      <w:tr>
        <w:tc>
          <w:tcPr>
            <w:tcW w:type="dxa" w:w="3168"/>
            <w:shd w:val="clear" w:fill="EDEAE2"/>
          </w:tcPr>
          <w:p>
            <w:r/>
            <w:r>
              <w:rPr>
                <w:b/>
                <w:sz w:val="18"/>
              </w:rPr>
              <w:t>Date</w:t>
            </w:r>
          </w:p>
        </w:tc>
        <w:tc>
          <w:tcPr>
            <w:tcW w:type="dxa" w:w="7056"/>
          </w:tcPr>
          <w:p>
            <w:r/>
            <w:r>
              <w:rPr>
                <w:b w:val="0"/>
                <w:sz w:val="18"/>
              </w:rPr>
            </w:r>
          </w:p>
        </w:tc>
      </w:tr>
      <w:tr>
        <w:tc>
          <w:tcPr>
            <w:tcW w:type="dxa" w:w="3168"/>
            <w:shd w:val="clear" w:fill="EDEAE2"/>
          </w:tcPr>
          <w:p>
            <w:r/>
            <w:r>
              <w:rPr>
                <w:b/>
                <w:sz w:val="18"/>
              </w:rPr>
              <w:t>Organization</w:t>
            </w:r>
          </w:p>
        </w:tc>
        <w:tc>
          <w:tcPr>
            <w:tcW w:type="dxa" w:w="7056"/>
          </w:tcPr>
          <w:p>
            <w:r/>
            <w:r>
              <w:rPr>
                <w:b w:val="0"/>
                <w:sz w:val="18"/>
              </w:rPr>
            </w:r>
          </w:p>
        </w:tc>
      </w:tr>
      <w:tr>
        <w:tc>
          <w:tcPr>
            <w:tcW w:type="dxa" w:w="3168"/>
            <w:shd w:val="clear" w:fill="EDEAE2"/>
          </w:tcPr>
          <w:p>
            <w:r/>
            <w:r>
              <w:rPr>
                <w:b/>
                <w:sz w:val="18"/>
              </w:rPr>
              <w:t>Person I spoke or wrote to</w:t>
            </w:r>
          </w:p>
        </w:tc>
        <w:tc>
          <w:tcPr>
            <w:tcW w:type="dxa" w:w="7056"/>
          </w:tcPr>
          <w:p>
            <w:r/>
            <w:r>
              <w:rPr>
                <w:b w:val="0"/>
                <w:sz w:val="18"/>
              </w:rPr>
            </w:r>
          </w:p>
        </w:tc>
      </w:tr>
      <w:tr>
        <w:tc>
          <w:tcPr>
            <w:tcW w:type="dxa" w:w="3168"/>
            <w:shd w:val="clear" w:fill="EDEAE2"/>
          </w:tcPr>
          <w:p>
            <w:r/>
            <w:r>
              <w:rPr>
                <w:b/>
                <w:sz w:val="18"/>
              </w:rPr>
              <w:t>Number or address used</w:t>
            </w:r>
          </w:p>
        </w:tc>
        <w:tc>
          <w:tcPr>
            <w:tcW w:type="dxa" w:w="7056"/>
          </w:tcPr>
          <w:p>
            <w:r/>
            <w:r>
              <w:rPr>
                <w:b w:val="0"/>
                <w:sz w:val="18"/>
              </w:rPr>
            </w:r>
          </w:p>
        </w:tc>
      </w:tr>
      <w:tr>
        <w:tc>
          <w:tcPr>
            <w:tcW w:type="dxa" w:w="3168"/>
            <w:shd w:val="clear" w:fill="EDEAE2"/>
          </w:tcPr>
          <w:p>
            <w:r/>
            <w:r>
              <w:rPr>
                <w:b/>
                <w:sz w:val="18"/>
              </w:rPr>
              <w:t>What I asked</w:t>
            </w:r>
          </w:p>
        </w:tc>
        <w:tc>
          <w:tcPr>
            <w:tcW w:type="dxa" w:w="7056"/>
          </w:tcPr>
          <w:p>
            <w:r/>
            <w:r>
              <w:rPr>
                <w:b w:val="0"/>
                <w:sz w:val="18"/>
              </w:rPr>
            </w:r>
          </w:p>
        </w:tc>
      </w:tr>
      <w:tr>
        <w:tc>
          <w:tcPr>
            <w:tcW w:type="dxa" w:w="3168"/>
            <w:shd w:val="clear" w:fill="EDEAE2"/>
          </w:tcPr>
          <w:p>
            <w:r/>
            <w:r>
              <w:rPr>
                <w:b/>
                <w:sz w:val="18"/>
              </w:rPr>
              <w:t>What they answered, and what was said</w:t>
            </w:r>
          </w:p>
        </w:tc>
        <w:tc>
          <w:tcPr>
            <w:tcW w:type="dxa" w:w="7056"/>
          </w:tcPr>
          <w:p>
            <w:r/>
            <w:r>
              <w:rPr>
                <w:b w:val="0"/>
                <w:sz w:val="18"/>
              </w:rPr>
            </w:r>
          </w:p>
        </w:tc>
      </w:tr>
      <w:tr>
        <w:tc>
          <w:tcPr>
            <w:tcW w:type="dxa" w:w="3168"/>
            <w:shd w:val="clear" w:fill="EDEAE2"/>
          </w:tcPr>
          <w:p>
            <w:r/>
            <w:r>
              <w:rPr>
                <w:b/>
                <w:sz w:val="18"/>
              </w:rPr>
              <w:t>What was promised</w:t>
            </w:r>
          </w:p>
        </w:tc>
        <w:tc>
          <w:tcPr>
            <w:tcW w:type="dxa" w:w="7056"/>
          </w:tcPr>
          <w:p>
            <w:r/>
            <w:r>
              <w:rPr>
                <w:b w:val="0"/>
                <w:sz w:val="18"/>
              </w:rPr>
            </w:r>
          </w:p>
        </w:tc>
      </w:tr>
      <w:tr>
        <w:tc>
          <w:tcPr>
            <w:tcW w:type="dxa" w:w="3168"/>
            <w:shd w:val="clear" w:fill="EDEAE2"/>
          </w:tcPr>
          <w:p>
            <w:r/>
            <w:r>
              <w:rPr>
                <w:b/>
                <w:sz w:val="18"/>
              </w:rPr>
              <w:t>Follow-up needed, and by when</w:t>
            </w:r>
          </w:p>
        </w:tc>
        <w:tc>
          <w:tcPr>
            <w:tcW w:type="dxa" w:w="7056"/>
          </w:tcPr>
          <w:p>
            <w:r/>
            <w:r>
              <w:rPr>
                <w:b w:val="0"/>
                <w:sz w:val="18"/>
              </w:rPr>
            </w:r>
          </w:p>
        </w:tc>
      </w:tr>
      <w:tr>
        <w:tc>
          <w:tcPr>
            <w:tcW w:type="dxa" w:w="3168"/>
            <w:shd w:val="clear" w:fill="EDEAE2"/>
          </w:tcPr>
          <w:p>
            <w:r/>
            <w:r>
              <w:rPr>
                <w:b/>
                <w:sz w:val="18"/>
              </w:rPr>
              <w:t>Document that proves it (letter, email, confirmation number)</w:t>
            </w:r>
          </w:p>
        </w:tc>
        <w:tc>
          <w:tcPr>
            <w:tcW w:type="dxa" w:w="7056"/>
          </w:tcPr>
          <w:p>
            <w:r/>
            <w:r>
              <w:rPr>
                <w:b w:val="0"/>
                <w:sz w:val="18"/>
              </w:rPr>
            </w:r>
          </w:p>
        </w:tc>
      </w:tr>
    </w:tbl>
    <w:p/>
    <w:p>
      <w:r>
        <w:rPr>
          <w:b/>
          <w:sz w:val="24"/>
        </w:rPr>
        <w:t>Contact 3</w:t>
      </w:r>
    </w:p>
    <w:tbl>
      <w:tblPr>
        <w:tblStyle w:val="TableGrid"/>
        <w:tblW w:type="auto" w:w="0"/>
        <w:tblLook w:firstColumn="1" w:firstRow="1" w:lastColumn="0" w:lastRow="0" w:noHBand="0" w:noVBand="1" w:val="04A0"/>
      </w:tblPr>
      <w:tblGrid>
        <w:gridCol w:w="5112"/>
        <w:gridCol w:w="5112"/>
      </w:tblGrid>
      <w:tr>
        <w:tc>
          <w:tcPr>
            <w:tcW w:type="dxa" w:w="3168"/>
            <w:shd w:val="clear" w:fill="EDEAE2"/>
          </w:tcPr>
          <w:p>
            <w:r/>
            <w:r>
              <w:rPr>
                <w:b/>
                <w:sz w:val="18"/>
              </w:rPr>
              <w:t>Date</w:t>
            </w:r>
          </w:p>
        </w:tc>
        <w:tc>
          <w:tcPr>
            <w:tcW w:type="dxa" w:w="7056"/>
          </w:tcPr>
          <w:p>
            <w:r/>
            <w:r>
              <w:rPr>
                <w:b w:val="0"/>
                <w:sz w:val="18"/>
              </w:rPr>
            </w:r>
          </w:p>
        </w:tc>
      </w:tr>
      <w:tr>
        <w:tc>
          <w:tcPr>
            <w:tcW w:type="dxa" w:w="3168"/>
            <w:shd w:val="clear" w:fill="EDEAE2"/>
          </w:tcPr>
          <w:p>
            <w:r/>
            <w:r>
              <w:rPr>
                <w:b/>
                <w:sz w:val="18"/>
              </w:rPr>
              <w:t>Organization</w:t>
            </w:r>
          </w:p>
        </w:tc>
        <w:tc>
          <w:tcPr>
            <w:tcW w:type="dxa" w:w="7056"/>
          </w:tcPr>
          <w:p>
            <w:r/>
            <w:r>
              <w:rPr>
                <w:b w:val="0"/>
                <w:sz w:val="18"/>
              </w:rPr>
            </w:r>
          </w:p>
        </w:tc>
      </w:tr>
      <w:tr>
        <w:tc>
          <w:tcPr>
            <w:tcW w:type="dxa" w:w="3168"/>
            <w:shd w:val="clear" w:fill="EDEAE2"/>
          </w:tcPr>
          <w:p>
            <w:r/>
            <w:r>
              <w:rPr>
                <w:b/>
                <w:sz w:val="18"/>
              </w:rPr>
              <w:t>Person I spoke or wrote to</w:t>
            </w:r>
          </w:p>
        </w:tc>
        <w:tc>
          <w:tcPr>
            <w:tcW w:type="dxa" w:w="7056"/>
          </w:tcPr>
          <w:p>
            <w:r/>
            <w:r>
              <w:rPr>
                <w:b w:val="0"/>
                <w:sz w:val="18"/>
              </w:rPr>
            </w:r>
          </w:p>
        </w:tc>
      </w:tr>
      <w:tr>
        <w:tc>
          <w:tcPr>
            <w:tcW w:type="dxa" w:w="3168"/>
            <w:shd w:val="clear" w:fill="EDEAE2"/>
          </w:tcPr>
          <w:p>
            <w:r/>
            <w:r>
              <w:rPr>
                <w:b/>
                <w:sz w:val="18"/>
              </w:rPr>
              <w:t>Number or address used</w:t>
            </w:r>
          </w:p>
        </w:tc>
        <w:tc>
          <w:tcPr>
            <w:tcW w:type="dxa" w:w="7056"/>
          </w:tcPr>
          <w:p>
            <w:r/>
            <w:r>
              <w:rPr>
                <w:b w:val="0"/>
                <w:sz w:val="18"/>
              </w:rPr>
            </w:r>
          </w:p>
        </w:tc>
      </w:tr>
      <w:tr>
        <w:tc>
          <w:tcPr>
            <w:tcW w:type="dxa" w:w="3168"/>
            <w:shd w:val="clear" w:fill="EDEAE2"/>
          </w:tcPr>
          <w:p>
            <w:r/>
            <w:r>
              <w:rPr>
                <w:b/>
                <w:sz w:val="18"/>
              </w:rPr>
              <w:t>What I asked</w:t>
            </w:r>
          </w:p>
        </w:tc>
        <w:tc>
          <w:tcPr>
            <w:tcW w:type="dxa" w:w="7056"/>
          </w:tcPr>
          <w:p>
            <w:r/>
            <w:r>
              <w:rPr>
                <w:b w:val="0"/>
                <w:sz w:val="18"/>
              </w:rPr>
            </w:r>
          </w:p>
        </w:tc>
      </w:tr>
      <w:tr>
        <w:tc>
          <w:tcPr>
            <w:tcW w:type="dxa" w:w="3168"/>
            <w:shd w:val="clear" w:fill="EDEAE2"/>
          </w:tcPr>
          <w:p>
            <w:r/>
            <w:r>
              <w:rPr>
                <w:b/>
                <w:sz w:val="18"/>
              </w:rPr>
              <w:t>What they answered, and what was said</w:t>
            </w:r>
          </w:p>
        </w:tc>
        <w:tc>
          <w:tcPr>
            <w:tcW w:type="dxa" w:w="7056"/>
          </w:tcPr>
          <w:p>
            <w:r/>
            <w:r>
              <w:rPr>
                <w:b w:val="0"/>
                <w:sz w:val="18"/>
              </w:rPr>
            </w:r>
          </w:p>
        </w:tc>
      </w:tr>
      <w:tr>
        <w:tc>
          <w:tcPr>
            <w:tcW w:type="dxa" w:w="3168"/>
            <w:shd w:val="clear" w:fill="EDEAE2"/>
          </w:tcPr>
          <w:p>
            <w:r/>
            <w:r>
              <w:rPr>
                <w:b/>
                <w:sz w:val="18"/>
              </w:rPr>
              <w:t>What was promised</w:t>
            </w:r>
          </w:p>
        </w:tc>
        <w:tc>
          <w:tcPr>
            <w:tcW w:type="dxa" w:w="7056"/>
          </w:tcPr>
          <w:p>
            <w:r/>
            <w:r>
              <w:rPr>
                <w:b w:val="0"/>
                <w:sz w:val="18"/>
              </w:rPr>
            </w:r>
          </w:p>
        </w:tc>
      </w:tr>
      <w:tr>
        <w:tc>
          <w:tcPr>
            <w:tcW w:type="dxa" w:w="3168"/>
            <w:shd w:val="clear" w:fill="EDEAE2"/>
          </w:tcPr>
          <w:p>
            <w:r/>
            <w:r>
              <w:rPr>
                <w:b/>
                <w:sz w:val="18"/>
              </w:rPr>
              <w:t>Follow-up needed, and by when</w:t>
            </w:r>
          </w:p>
        </w:tc>
        <w:tc>
          <w:tcPr>
            <w:tcW w:type="dxa" w:w="7056"/>
          </w:tcPr>
          <w:p>
            <w:r/>
            <w:r>
              <w:rPr>
                <w:b w:val="0"/>
                <w:sz w:val="18"/>
              </w:rPr>
            </w:r>
          </w:p>
        </w:tc>
      </w:tr>
      <w:tr>
        <w:tc>
          <w:tcPr>
            <w:tcW w:type="dxa" w:w="3168"/>
            <w:shd w:val="clear" w:fill="EDEAE2"/>
          </w:tcPr>
          <w:p>
            <w:r/>
            <w:r>
              <w:rPr>
                <w:b/>
                <w:sz w:val="18"/>
              </w:rPr>
              <w:t>Document that proves it (letter, email, confirmation number)</w:t>
            </w:r>
          </w:p>
        </w:tc>
        <w:tc>
          <w:tcPr>
            <w:tcW w:type="dxa" w:w="7056"/>
          </w:tcPr>
          <w:p>
            <w:r/>
            <w:r>
              <w:rPr>
                <w:b w:val="0"/>
                <w:sz w:val="18"/>
              </w:rPr>
            </w:r>
          </w:p>
        </w:tc>
      </w:tr>
    </w:tbl>
    <w:p/>
    <w:p>
      <w:r>
        <w:rPr>
          <w:b/>
          <w:sz w:val="24"/>
        </w:rPr>
        <w:t>Contact 4</w:t>
      </w:r>
    </w:p>
    <w:tbl>
      <w:tblPr>
        <w:tblStyle w:val="TableGrid"/>
        <w:tblW w:type="auto" w:w="0"/>
        <w:tblLook w:firstColumn="1" w:firstRow="1" w:lastColumn="0" w:lastRow="0" w:noHBand="0" w:noVBand="1" w:val="04A0"/>
      </w:tblPr>
      <w:tblGrid>
        <w:gridCol w:w="5112"/>
        <w:gridCol w:w="5112"/>
      </w:tblGrid>
      <w:tr>
        <w:tc>
          <w:tcPr>
            <w:tcW w:type="dxa" w:w="3168"/>
            <w:shd w:val="clear" w:fill="EDEAE2"/>
          </w:tcPr>
          <w:p>
            <w:r/>
            <w:r>
              <w:rPr>
                <w:b/>
                <w:sz w:val="18"/>
              </w:rPr>
              <w:t>Date</w:t>
            </w:r>
          </w:p>
        </w:tc>
        <w:tc>
          <w:tcPr>
            <w:tcW w:type="dxa" w:w="7056"/>
          </w:tcPr>
          <w:p>
            <w:r/>
            <w:r>
              <w:rPr>
                <w:b w:val="0"/>
                <w:sz w:val="18"/>
              </w:rPr>
            </w:r>
          </w:p>
        </w:tc>
      </w:tr>
      <w:tr>
        <w:tc>
          <w:tcPr>
            <w:tcW w:type="dxa" w:w="3168"/>
            <w:shd w:val="clear" w:fill="EDEAE2"/>
          </w:tcPr>
          <w:p>
            <w:r/>
            <w:r>
              <w:rPr>
                <w:b/>
                <w:sz w:val="18"/>
              </w:rPr>
              <w:t>Organization</w:t>
            </w:r>
          </w:p>
        </w:tc>
        <w:tc>
          <w:tcPr>
            <w:tcW w:type="dxa" w:w="7056"/>
          </w:tcPr>
          <w:p>
            <w:r/>
            <w:r>
              <w:rPr>
                <w:b w:val="0"/>
                <w:sz w:val="18"/>
              </w:rPr>
            </w:r>
          </w:p>
        </w:tc>
      </w:tr>
      <w:tr>
        <w:tc>
          <w:tcPr>
            <w:tcW w:type="dxa" w:w="3168"/>
            <w:shd w:val="clear" w:fill="EDEAE2"/>
          </w:tcPr>
          <w:p>
            <w:r/>
            <w:r>
              <w:rPr>
                <w:b/>
                <w:sz w:val="18"/>
              </w:rPr>
              <w:t>Person I spoke or wrote to</w:t>
            </w:r>
          </w:p>
        </w:tc>
        <w:tc>
          <w:tcPr>
            <w:tcW w:type="dxa" w:w="7056"/>
          </w:tcPr>
          <w:p>
            <w:r/>
            <w:r>
              <w:rPr>
                <w:b w:val="0"/>
                <w:sz w:val="18"/>
              </w:rPr>
            </w:r>
          </w:p>
        </w:tc>
      </w:tr>
      <w:tr>
        <w:tc>
          <w:tcPr>
            <w:tcW w:type="dxa" w:w="3168"/>
            <w:shd w:val="clear" w:fill="EDEAE2"/>
          </w:tcPr>
          <w:p>
            <w:r/>
            <w:r>
              <w:rPr>
                <w:b/>
                <w:sz w:val="18"/>
              </w:rPr>
              <w:t>Number or address used</w:t>
            </w:r>
          </w:p>
        </w:tc>
        <w:tc>
          <w:tcPr>
            <w:tcW w:type="dxa" w:w="7056"/>
          </w:tcPr>
          <w:p>
            <w:r/>
            <w:r>
              <w:rPr>
                <w:b w:val="0"/>
                <w:sz w:val="18"/>
              </w:rPr>
            </w:r>
          </w:p>
        </w:tc>
      </w:tr>
      <w:tr>
        <w:tc>
          <w:tcPr>
            <w:tcW w:type="dxa" w:w="3168"/>
            <w:shd w:val="clear" w:fill="EDEAE2"/>
          </w:tcPr>
          <w:p>
            <w:r/>
            <w:r>
              <w:rPr>
                <w:b/>
                <w:sz w:val="18"/>
              </w:rPr>
              <w:t>What I asked</w:t>
            </w:r>
          </w:p>
        </w:tc>
        <w:tc>
          <w:tcPr>
            <w:tcW w:type="dxa" w:w="7056"/>
          </w:tcPr>
          <w:p>
            <w:r/>
            <w:r>
              <w:rPr>
                <w:b w:val="0"/>
                <w:sz w:val="18"/>
              </w:rPr>
            </w:r>
          </w:p>
        </w:tc>
      </w:tr>
      <w:tr>
        <w:tc>
          <w:tcPr>
            <w:tcW w:type="dxa" w:w="3168"/>
            <w:shd w:val="clear" w:fill="EDEAE2"/>
          </w:tcPr>
          <w:p>
            <w:r/>
            <w:r>
              <w:rPr>
                <w:b/>
                <w:sz w:val="18"/>
              </w:rPr>
              <w:t>What they answered, and what was said</w:t>
            </w:r>
          </w:p>
        </w:tc>
        <w:tc>
          <w:tcPr>
            <w:tcW w:type="dxa" w:w="7056"/>
          </w:tcPr>
          <w:p>
            <w:r/>
            <w:r>
              <w:rPr>
                <w:b w:val="0"/>
                <w:sz w:val="18"/>
              </w:rPr>
            </w:r>
          </w:p>
        </w:tc>
      </w:tr>
      <w:tr>
        <w:tc>
          <w:tcPr>
            <w:tcW w:type="dxa" w:w="3168"/>
            <w:shd w:val="clear" w:fill="EDEAE2"/>
          </w:tcPr>
          <w:p>
            <w:r/>
            <w:r>
              <w:rPr>
                <w:b/>
                <w:sz w:val="18"/>
              </w:rPr>
              <w:t>What was promised</w:t>
            </w:r>
          </w:p>
        </w:tc>
        <w:tc>
          <w:tcPr>
            <w:tcW w:type="dxa" w:w="7056"/>
          </w:tcPr>
          <w:p>
            <w:r/>
            <w:r>
              <w:rPr>
                <w:b w:val="0"/>
                <w:sz w:val="18"/>
              </w:rPr>
            </w:r>
          </w:p>
        </w:tc>
      </w:tr>
      <w:tr>
        <w:tc>
          <w:tcPr>
            <w:tcW w:type="dxa" w:w="3168"/>
            <w:shd w:val="clear" w:fill="EDEAE2"/>
          </w:tcPr>
          <w:p>
            <w:r/>
            <w:r>
              <w:rPr>
                <w:b/>
                <w:sz w:val="18"/>
              </w:rPr>
              <w:t>Follow-up needed, and by when</w:t>
            </w:r>
          </w:p>
        </w:tc>
        <w:tc>
          <w:tcPr>
            <w:tcW w:type="dxa" w:w="7056"/>
          </w:tcPr>
          <w:p>
            <w:r/>
            <w:r>
              <w:rPr>
                <w:b w:val="0"/>
                <w:sz w:val="18"/>
              </w:rPr>
            </w:r>
          </w:p>
        </w:tc>
      </w:tr>
      <w:tr>
        <w:tc>
          <w:tcPr>
            <w:tcW w:type="dxa" w:w="3168"/>
            <w:shd w:val="clear" w:fill="EDEAE2"/>
          </w:tcPr>
          <w:p>
            <w:r/>
            <w:r>
              <w:rPr>
                <w:b/>
                <w:sz w:val="18"/>
              </w:rPr>
              <w:t>Document that proves it (letter, email, confirmation number)</w:t>
            </w:r>
          </w:p>
        </w:tc>
        <w:tc>
          <w:tcPr>
            <w:tcW w:type="dxa" w:w="7056"/>
          </w:tcPr>
          <w:p>
            <w:r/>
            <w:r>
              <w:rPr>
                <w:b w:val="0"/>
                <w:sz w:val="18"/>
              </w:rPr>
            </w:r>
          </w:p>
        </w:tc>
      </w:tr>
    </w:tbl>
    <w:p/>
    <w:p>
      <w:r>
        <w:rPr>
          <w:b/>
          <w:sz w:val="24"/>
        </w:rPr>
        <w:t>Contact 5</w:t>
      </w:r>
    </w:p>
    <w:tbl>
      <w:tblPr>
        <w:tblStyle w:val="TableGrid"/>
        <w:tblW w:type="auto" w:w="0"/>
        <w:tblLook w:firstColumn="1" w:firstRow="1" w:lastColumn="0" w:lastRow="0" w:noHBand="0" w:noVBand="1" w:val="04A0"/>
      </w:tblPr>
      <w:tblGrid>
        <w:gridCol w:w="5112"/>
        <w:gridCol w:w="5112"/>
      </w:tblGrid>
      <w:tr>
        <w:tc>
          <w:tcPr>
            <w:tcW w:type="dxa" w:w="3168"/>
            <w:shd w:val="clear" w:fill="EDEAE2"/>
          </w:tcPr>
          <w:p>
            <w:r/>
            <w:r>
              <w:rPr>
                <w:b/>
                <w:sz w:val="18"/>
              </w:rPr>
              <w:t>Date</w:t>
            </w:r>
          </w:p>
        </w:tc>
        <w:tc>
          <w:tcPr>
            <w:tcW w:type="dxa" w:w="7056"/>
          </w:tcPr>
          <w:p>
            <w:r/>
            <w:r>
              <w:rPr>
                <w:b w:val="0"/>
                <w:sz w:val="18"/>
              </w:rPr>
            </w:r>
          </w:p>
        </w:tc>
      </w:tr>
      <w:tr>
        <w:tc>
          <w:tcPr>
            <w:tcW w:type="dxa" w:w="3168"/>
            <w:shd w:val="clear" w:fill="EDEAE2"/>
          </w:tcPr>
          <w:p>
            <w:r/>
            <w:r>
              <w:rPr>
                <w:b/>
                <w:sz w:val="18"/>
              </w:rPr>
              <w:t>Organization</w:t>
            </w:r>
          </w:p>
        </w:tc>
        <w:tc>
          <w:tcPr>
            <w:tcW w:type="dxa" w:w="7056"/>
          </w:tcPr>
          <w:p>
            <w:r/>
            <w:r>
              <w:rPr>
                <w:b w:val="0"/>
                <w:sz w:val="18"/>
              </w:rPr>
            </w:r>
          </w:p>
        </w:tc>
      </w:tr>
      <w:tr>
        <w:tc>
          <w:tcPr>
            <w:tcW w:type="dxa" w:w="3168"/>
            <w:shd w:val="clear" w:fill="EDEAE2"/>
          </w:tcPr>
          <w:p>
            <w:r/>
            <w:r>
              <w:rPr>
                <w:b/>
                <w:sz w:val="18"/>
              </w:rPr>
              <w:t>Person I spoke or wrote to</w:t>
            </w:r>
          </w:p>
        </w:tc>
        <w:tc>
          <w:tcPr>
            <w:tcW w:type="dxa" w:w="7056"/>
          </w:tcPr>
          <w:p>
            <w:r/>
            <w:r>
              <w:rPr>
                <w:b w:val="0"/>
                <w:sz w:val="18"/>
              </w:rPr>
            </w:r>
          </w:p>
        </w:tc>
      </w:tr>
      <w:tr>
        <w:tc>
          <w:tcPr>
            <w:tcW w:type="dxa" w:w="3168"/>
            <w:shd w:val="clear" w:fill="EDEAE2"/>
          </w:tcPr>
          <w:p>
            <w:r/>
            <w:r>
              <w:rPr>
                <w:b/>
                <w:sz w:val="18"/>
              </w:rPr>
              <w:t>Number or address used</w:t>
            </w:r>
          </w:p>
        </w:tc>
        <w:tc>
          <w:tcPr>
            <w:tcW w:type="dxa" w:w="7056"/>
          </w:tcPr>
          <w:p>
            <w:r/>
            <w:r>
              <w:rPr>
                <w:b w:val="0"/>
                <w:sz w:val="18"/>
              </w:rPr>
            </w:r>
          </w:p>
        </w:tc>
      </w:tr>
      <w:tr>
        <w:tc>
          <w:tcPr>
            <w:tcW w:type="dxa" w:w="3168"/>
            <w:shd w:val="clear" w:fill="EDEAE2"/>
          </w:tcPr>
          <w:p>
            <w:r/>
            <w:r>
              <w:rPr>
                <w:b/>
                <w:sz w:val="18"/>
              </w:rPr>
              <w:t>What I asked</w:t>
            </w:r>
          </w:p>
        </w:tc>
        <w:tc>
          <w:tcPr>
            <w:tcW w:type="dxa" w:w="7056"/>
          </w:tcPr>
          <w:p>
            <w:r/>
            <w:r>
              <w:rPr>
                <w:b w:val="0"/>
                <w:sz w:val="18"/>
              </w:rPr>
            </w:r>
          </w:p>
        </w:tc>
      </w:tr>
      <w:tr>
        <w:tc>
          <w:tcPr>
            <w:tcW w:type="dxa" w:w="3168"/>
            <w:shd w:val="clear" w:fill="EDEAE2"/>
          </w:tcPr>
          <w:p>
            <w:r/>
            <w:r>
              <w:rPr>
                <w:b/>
                <w:sz w:val="18"/>
              </w:rPr>
              <w:t>What they answered, and what was said</w:t>
            </w:r>
          </w:p>
        </w:tc>
        <w:tc>
          <w:tcPr>
            <w:tcW w:type="dxa" w:w="7056"/>
          </w:tcPr>
          <w:p>
            <w:r/>
            <w:r>
              <w:rPr>
                <w:b w:val="0"/>
                <w:sz w:val="18"/>
              </w:rPr>
            </w:r>
          </w:p>
        </w:tc>
      </w:tr>
      <w:tr>
        <w:tc>
          <w:tcPr>
            <w:tcW w:type="dxa" w:w="3168"/>
            <w:shd w:val="clear" w:fill="EDEAE2"/>
          </w:tcPr>
          <w:p>
            <w:r/>
            <w:r>
              <w:rPr>
                <w:b/>
                <w:sz w:val="18"/>
              </w:rPr>
              <w:t>What was promised</w:t>
            </w:r>
          </w:p>
        </w:tc>
        <w:tc>
          <w:tcPr>
            <w:tcW w:type="dxa" w:w="7056"/>
          </w:tcPr>
          <w:p>
            <w:r/>
            <w:r>
              <w:rPr>
                <w:b w:val="0"/>
                <w:sz w:val="18"/>
              </w:rPr>
            </w:r>
          </w:p>
        </w:tc>
      </w:tr>
      <w:tr>
        <w:tc>
          <w:tcPr>
            <w:tcW w:type="dxa" w:w="3168"/>
            <w:shd w:val="clear" w:fill="EDEAE2"/>
          </w:tcPr>
          <w:p>
            <w:r/>
            <w:r>
              <w:rPr>
                <w:b/>
                <w:sz w:val="18"/>
              </w:rPr>
              <w:t>Follow-up needed, and by when</w:t>
            </w:r>
          </w:p>
        </w:tc>
        <w:tc>
          <w:tcPr>
            <w:tcW w:type="dxa" w:w="7056"/>
          </w:tcPr>
          <w:p>
            <w:r/>
            <w:r>
              <w:rPr>
                <w:b w:val="0"/>
                <w:sz w:val="18"/>
              </w:rPr>
            </w:r>
          </w:p>
        </w:tc>
      </w:tr>
      <w:tr>
        <w:tc>
          <w:tcPr>
            <w:tcW w:type="dxa" w:w="3168"/>
            <w:shd w:val="clear" w:fill="EDEAE2"/>
          </w:tcPr>
          <w:p>
            <w:r/>
            <w:r>
              <w:rPr>
                <w:b/>
                <w:sz w:val="18"/>
              </w:rPr>
              <w:t>Document that proves it (letter, email, confirmation number)</w:t>
            </w:r>
          </w:p>
        </w:tc>
        <w:tc>
          <w:tcPr>
            <w:tcW w:type="dxa" w:w="7056"/>
          </w:tcPr>
          <w:p>
            <w:r/>
            <w:r>
              <w:rPr>
                <w:b w:val="0"/>
                <w:sz w:val="18"/>
              </w:rPr>
            </w:r>
          </w:p>
        </w:tc>
      </w:tr>
    </w:tbl>
    <w:p/>
    <w:p>
      <w:r>
        <w:rPr>
          <w:b/>
          <w:sz w:val="24"/>
        </w:rPr>
        <w:t>Contact 6</w:t>
      </w:r>
    </w:p>
    <w:tbl>
      <w:tblPr>
        <w:tblStyle w:val="TableGrid"/>
        <w:tblW w:type="auto" w:w="0"/>
        <w:tblLook w:firstColumn="1" w:firstRow="1" w:lastColumn="0" w:lastRow="0" w:noHBand="0" w:noVBand="1" w:val="04A0"/>
      </w:tblPr>
      <w:tblGrid>
        <w:gridCol w:w="5112"/>
        <w:gridCol w:w="5112"/>
      </w:tblGrid>
      <w:tr>
        <w:tc>
          <w:tcPr>
            <w:tcW w:type="dxa" w:w="3168"/>
            <w:shd w:val="clear" w:fill="EDEAE2"/>
          </w:tcPr>
          <w:p>
            <w:r/>
            <w:r>
              <w:rPr>
                <w:b/>
                <w:sz w:val="18"/>
              </w:rPr>
              <w:t>Date</w:t>
            </w:r>
          </w:p>
        </w:tc>
        <w:tc>
          <w:tcPr>
            <w:tcW w:type="dxa" w:w="7056"/>
          </w:tcPr>
          <w:p>
            <w:r/>
            <w:r>
              <w:rPr>
                <w:b w:val="0"/>
                <w:sz w:val="18"/>
              </w:rPr>
            </w:r>
          </w:p>
        </w:tc>
      </w:tr>
      <w:tr>
        <w:tc>
          <w:tcPr>
            <w:tcW w:type="dxa" w:w="3168"/>
            <w:shd w:val="clear" w:fill="EDEAE2"/>
          </w:tcPr>
          <w:p>
            <w:r/>
            <w:r>
              <w:rPr>
                <w:b/>
                <w:sz w:val="18"/>
              </w:rPr>
              <w:t>Organization</w:t>
            </w:r>
          </w:p>
        </w:tc>
        <w:tc>
          <w:tcPr>
            <w:tcW w:type="dxa" w:w="7056"/>
          </w:tcPr>
          <w:p>
            <w:r/>
            <w:r>
              <w:rPr>
                <w:b w:val="0"/>
                <w:sz w:val="18"/>
              </w:rPr>
            </w:r>
          </w:p>
        </w:tc>
      </w:tr>
      <w:tr>
        <w:tc>
          <w:tcPr>
            <w:tcW w:type="dxa" w:w="3168"/>
            <w:shd w:val="clear" w:fill="EDEAE2"/>
          </w:tcPr>
          <w:p>
            <w:r/>
            <w:r>
              <w:rPr>
                <w:b/>
                <w:sz w:val="18"/>
              </w:rPr>
              <w:t>Person I spoke or wrote to</w:t>
            </w:r>
          </w:p>
        </w:tc>
        <w:tc>
          <w:tcPr>
            <w:tcW w:type="dxa" w:w="7056"/>
          </w:tcPr>
          <w:p>
            <w:r/>
            <w:r>
              <w:rPr>
                <w:b w:val="0"/>
                <w:sz w:val="18"/>
              </w:rPr>
            </w:r>
          </w:p>
        </w:tc>
      </w:tr>
      <w:tr>
        <w:tc>
          <w:tcPr>
            <w:tcW w:type="dxa" w:w="3168"/>
            <w:shd w:val="clear" w:fill="EDEAE2"/>
          </w:tcPr>
          <w:p>
            <w:r/>
            <w:r>
              <w:rPr>
                <w:b/>
                <w:sz w:val="18"/>
              </w:rPr>
              <w:t>Number or address used</w:t>
            </w:r>
          </w:p>
        </w:tc>
        <w:tc>
          <w:tcPr>
            <w:tcW w:type="dxa" w:w="7056"/>
          </w:tcPr>
          <w:p>
            <w:r/>
            <w:r>
              <w:rPr>
                <w:b w:val="0"/>
                <w:sz w:val="18"/>
              </w:rPr>
            </w:r>
          </w:p>
        </w:tc>
      </w:tr>
      <w:tr>
        <w:tc>
          <w:tcPr>
            <w:tcW w:type="dxa" w:w="3168"/>
            <w:shd w:val="clear" w:fill="EDEAE2"/>
          </w:tcPr>
          <w:p>
            <w:r/>
            <w:r>
              <w:rPr>
                <w:b/>
                <w:sz w:val="18"/>
              </w:rPr>
              <w:t>What I asked</w:t>
            </w:r>
          </w:p>
        </w:tc>
        <w:tc>
          <w:tcPr>
            <w:tcW w:type="dxa" w:w="7056"/>
          </w:tcPr>
          <w:p>
            <w:r/>
            <w:r>
              <w:rPr>
                <w:b w:val="0"/>
                <w:sz w:val="18"/>
              </w:rPr>
            </w:r>
          </w:p>
        </w:tc>
      </w:tr>
      <w:tr>
        <w:tc>
          <w:tcPr>
            <w:tcW w:type="dxa" w:w="3168"/>
            <w:shd w:val="clear" w:fill="EDEAE2"/>
          </w:tcPr>
          <w:p>
            <w:r/>
            <w:r>
              <w:rPr>
                <w:b/>
                <w:sz w:val="18"/>
              </w:rPr>
              <w:t>What they answered, and what was said</w:t>
            </w:r>
          </w:p>
        </w:tc>
        <w:tc>
          <w:tcPr>
            <w:tcW w:type="dxa" w:w="7056"/>
          </w:tcPr>
          <w:p>
            <w:r/>
            <w:r>
              <w:rPr>
                <w:b w:val="0"/>
                <w:sz w:val="18"/>
              </w:rPr>
            </w:r>
          </w:p>
        </w:tc>
      </w:tr>
      <w:tr>
        <w:tc>
          <w:tcPr>
            <w:tcW w:type="dxa" w:w="3168"/>
            <w:shd w:val="clear" w:fill="EDEAE2"/>
          </w:tcPr>
          <w:p>
            <w:r/>
            <w:r>
              <w:rPr>
                <w:b/>
                <w:sz w:val="18"/>
              </w:rPr>
              <w:t>What was promised</w:t>
            </w:r>
          </w:p>
        </w:tc>
        <w:tc>
          <w:tcPr>
            <w:tcW w:type="dxa" w:w="7056"/>
          </w:tcPr>
          <w:p>
            <w:r/>
            <w:r>
              <w:rPr>
                <w:b w:val="0"/>
                <w:sz w:val="18"/>
              </w:rPr>
            </w:r>
          </w:p>
        </w:tc>
      </w:tr>
      <w:tr>
        <w:tc>
          <w:tcPr>
            <w:tcW w:type="dxa" w:w="3168"/>
            <w:shd w:val="clear" w:fill="EDEAE2"/>
          </w:tcPr>
          <w:p>
            <w:r/>
            <w:r>
              <w:rPr>
                <w:b/>
                <w:sz w:val="18"/>
              </w:rPr>
              <w:t>Follow-up needed, and by when</w:t>
            </w:r>
          </w:p>
        </w:tc>
        <w:tc>
          <w:tcPr>
            <w:tcW w:type="dxa" w:w="7056"/>
          </w:tcPr>
          <w:p>
            <w:r/>
            <w:r>
              <w:rPr>
                <w:b w:val="0"/>
                <w:sz w:val="18"/>
              </w:rPr>
            </w:r>
          </w:p>
        </w:tc>
      </w:tr>
      <w:tr>
        <w:tc>
          <w:tcPr>
            <w:tcW w:type="dxa" w:w="3168"/>
            <w:shd w:val="clear" w:fill="EDEAE2"/>
          </w:tcPr>
          <w:p>
            <w:r/>
            <w:r>
              <w:rPr>
                <w:b/>
                <w:sz w:val="18"/>
              </w:rPr>
              <w:t>Document that proves it (letter, email, confirmation number)</w:t>
            </w:r>
          </w:p>
        </w:tc>
        <w:tc>
          <w:tcPr>
            <w:tcW w:type="dxa" w:w="7056"/>
          </w:tcPr>
          <w:p>
            <w:r/>
            <w:r>
              <w:rPr>
                <w:b w:val="0"/>
                <w:sz w:val="18"/>
              </w:rPr>
            </w:r>
          </w:p>
        </w:tc>
      </w:tr>
    </w:tbl>
    <w:p/>
    <w:p>
      <w:r>
        <w:rPr>
          <w:i/>
          <w:sz w:val="18"/>
        </w:rPr>
        <w:t>From the guide: After a Job Loss, Part 11. Keep this sheet in your job-loss folder.</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from PocketBack. Education only, not legal, tax, financial, or medical advice.</w:t>
    </w:r>
  </w:p>
  <w:p>
    <w:pPr>
      <w:jc w:val="center"/>
    </w:pPr>
    <w:r>
      <w:rPr>
        <w:sz w:val="16"/>
      </w:rPr>
      <w:t>Edition 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